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社内研修のご案内</w:t>
      </w:r>
    </w:p>
    <w:p>
      <w:pPr/>
      <w:r>
        <w:t>開催日は10月15日です。</w:t>
      </w:r>
    </w:p>
    <w:p>
      <w:pPr/>
      <w:r>
        <w:t>会場は第1会議室です。</w:t>
      </w:r>
    </w:p>
    <w:p>
      <w:pPr/>
      <w:r>
        <w:t>参加費は500円です。</w:t>
      </w:r>
    </w:p>
    <w:p>
      <w:pPr/>
      <w:r>
        <w:t>筆記用具をお持ちください。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80"/>
    </w:pPr>
    <w:rPr>
      <w:rFonts w:ascii="Noto Sans CJK JP" w:hAnsi="Noto Sans CJK JP" w:eastAsia="Noto Sans CJK JP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社内研修のご案内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